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F60F4" w14:textId="77777777" w:rsidR="00343447" w:rsidRDefault="00774F85" w:rsidP="008F724F">
      <w:pPr>
        <w:pStyle w:val="aa"/>
        <w:jc w:val="center"/>
        <w:rPr>
          <w:lang w:eastAsia="zh-TW"/>
        </w:rPr>
      </w:pPr>
      <w:r>
        <w:rPr>
          <w:lang w:eastAsia="zh-TW"/>
        </w:rPr>
        <w:t>桃園航勤股份有限公司採購資訊</w:t>
      </w: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1945"/>
        <w:gridCol w:w="8110"/>
      </w:tblGrid>
      <w:tr w:rsidR="00343447" w14:paraId="55FB92FA" w14:textId="77777777" w:rsidTr="00914D8D">
        <w:tc>
          <w:tcPr>
            <w:tcW w:w="1945" w:type="dxa"/>
            <w:vAlign w:val="center"/>
          </w:tcPr>
          <w:p w14:paraId="002744A4" w14:textId="77777777" w:rsidR="00343447" w:rsidRPr="007C7211" w:rsidRDefault="00774F85">
            <w:pPr>
              <w:rPr>
                <w:rFonts w:ascii="微軟正黑體" w:hAnsi="微軟正黑體"/>
                <w:b/>
                <w:bCs/>
                <w:sz w:val="24"/>
                <w:szCs w:val="24"/>
              </w:rPr>
            </w:pPr>
            <w:r w:rsidRPr="007C7211">
              <w:rPr>
                <w:rFonts w:ascii="微軟正黑體" w:hAnsi="微軟正黑體"/>
                <w:b/>
                <w:bCs/>
                <w:spacing w:val="160"/>
                <w:sz w:val="24"/>
                <w:szCs w:val="24"/>
                <w:fitText w:val="1440" w:id="-365411583"/>
              </w:rPr>
              <w:t>採購項</w:t>
            </w:r>
            <w:r w:rsidRPr="007C7211">
              <w:rPr>
                <w:rFonts w:ascii="微軟正黑體" w:hAnsi="微軟正黑體"/>
                <w:b/>
                <w:bCs/>
                <w:sz w:val="24"/>
                <w:szCs w:val="24"/>
                <w:fitText w:val="1440" w:id="-365411583"/>
              </w:rPr>
              <w:t>目</w:t>
            </w:r>
          </w:p>
        </w:tc>
        <w:tc>
          <w:tcPr>
            <w:tcW w:w="8110" w:type="dxa"/>
          </w:tcPr>
          <w:p w14:paraId="7D80EC70" w14:textId="77777777" w:rsidR="00343447" w:rsidRPr="007C7211" w:rsidRDefault="00774F85">
            <w:pPr>
              <w:rPr>
                <w:rFonts w:ascii="微軟正黑體" w:hAnsi="微軟正黑體"/>
                <w:b/>
                <w:bCs/>
                <w:sz w:val="24"/>
                <w:szCs w:val="24"/>
              </w:rPr>
            </w:pPr>
            <w:r w:rsidRPr="007C7211">
              <w:rPr>
                <w:rFonts w:ascii="微軟正黑體" w:hAnsi="微軟正黑體"/>
                <w:b/>
                <w:bCs/>
                <w:sz w:val="24"/>
                <w:szCs w:val="24"/>
              </w:rPr>
              <w:t>115年度授權軟體採購案</w:t>
            </w:r>
          </w:p>
        </w:tc>
      </w:tr>
      <w:tr w:rsidR="00343447" w14:paraId="4AF5AF12" w14:textId="77777777" w:rsidTr="00914D8D">
        <w:tc>
          <w:tcPr>
            <w:tcW w:w="1945" w:type="dxa"/>
            <w:vAlign w:val="center"/>
          </w:tcPr>
          <w:p w14:paraId="2F4266A6" w14:textId="77777777" w:rsidR="00343447" w:rsidRPr="008F724F" w:rsidRDefault="00774F85">
            <w:pPr>
              <w:rPr>
                <w:rFonts w:ascii="微軟正黑體" w:hAnsi="微軟正黑體"/>
              </w:rPr>
            </w:pPr>
            <w:r w:rsidRPr="007C7211">
              <w:rPr>
                <w:rFonts w:ascii="微軟正黑體" w:hAnsi="微軟正黑體"/>
                <w:spacing w:val="146"/>
                <w:fitText w:val="1320" w:id="-365411584"/>
              </w:rPr>
              <w:t>採購內</w:t>
            </w:r>
            <w:r w:rsidRPr="007C7211">
              <w:rPr>
                <w:rFonts w:ascii="微軟正黑體" w:hAnsi="微軟正黑體"/>
                <w:spacing w:val="2"/>
                <w:fitText w:val="1320" w:id="-365411584"/>
              </w:rPr>
              <w:t>容</w:t>
            </w:r>
          </w:p>
        </w:tc>
        <w:tc>
          <w:tcPr>
            <w:tcW w:w="8110" w:type="dxa"/>
          </w:tcPr>
          <w:p w14:paraId="5BEE69A2" w14:textId="2EB089AC" w:rsidR="003653CB" w:rsidRDefault="003653CB">
            <w:pPr>
              <w:rPr>
                <w:rFonts w:ascii="微軟正黑體" w:hAnsi="微軟正黑體"/>
                <w:lang w:eastAsia="zh-TW"/>
              </w:rPr>
            </w:pPr>
            <w:r w:rsidRPr="003653CB">
              <w:rPr>
                <w:rFonts w:ascii="微軟正黑體" w:hAnsi="微軟正黑體" w:hint="eastAsia"/>
                <w:lang w:eastAsia="zh-TW"/>
              </w:rPr>
              <w:t>採購Windows Server、SQL Server、Exchange Server、Windows遠端桌面服務（RDS）、VMware及Veeam等軟體授權及相關服務。</w:t>
            </w:r>
          </w:p>
          <w:p w14:paraId="2168C260" w14:textId="5033C27B" w:rsidR="00343447" w:rsidRPr="008F724F" w:rsidRDefault="003653CB">
            <w:pPr>
              <w:rPr>
                <w:rFonts w:ascii="微軟正黑體" w:hAnsi="微軟正黑體"/>
                <w:lang w:eastAsia="zh-TW"/>
              </w:rPr>
            </w:pPr>
            <w:r w:rsidRPr="003653CB">
              <w:rPr>
                <w:rFonts w:ascii="微軟正黑體" w:hAnsi="微軟正黑體" w:hint="eastAsia"/>
                <w:lang w:eastAsia="zh-TW"/>
              </w:rPr>
              <w:t>詳細品項、規格、授權期間及數量，</w:t>
            </w:r>
            <w:r w:rsidR="00774F85" w:rsidRPr="008F724F">
              <w:rPr>
                <w:rFonts w:ascii="微軟正黑體" w:hAnsi="微軟正黑體"/>
                <w:lang w:eastAsia="zh-TW"/>
              </w:rPr>
              <w:t>請參附件「授權</w:t>
            </w:r>
            <w:r w:rsidR="00B365CC" w:rsidRPr="008F724F">
              <w:rPr>
                <w:rFonts w:ascii="微軟正黑體" w:hAnsi="微軟正黑體"/>
                <w:lang w:eastAsia="zh-TW"/>
              </w:rPr>
              <w:t>軟體</w:t>
            </w:r>
            <w:r w:rsidR="00774F85" w:rsidRPr="008F724F">
              <w:rPr>
                <w:rFonts w:ascii="微軟正黑體" w:hAnsi="微軟正黑體"/>
                <w:lang w:eastAsia="zh-TW"/>
              </w:rPr>
              <w:t>採購報價單」。</w:t>
            </w:r>
          </w:p>
        </w:tc>
      </w:tr>
      <w:tr w:rsidR="00343447" w14:paraId="2025D07F" w14:textId="77777777" w:rsidTr="00914D8D">
        <w:tc>
          <w:tcPr>
            <w:tcW w:w="1945" w:type="dxa"/>
            <w:vAlign w:val="center"/>
          </w:tcPr>
          <w:p w14:paraId="4E4A2958" w14:textId="77777777" w:rsidR="00343447" w:rsidRPr="008F724F" w:rsidRDefault="00774F85">
            <w:pPr>
              <w:rPr>
                <w:rFonts w:ascii="微軟正黑體" w:hAnsi="微軟正黑體"/>
              </w:rPr>
            </w:pPr>
            <w:r w:rsidRPr="007C7211">
              <w:rPr>
                <w:rFonts w:ascii="微軟正黑體" w:hAnsi="微軟正黑體"/>
                <w:spacing w:val="146"/>
                <w:fitText w:val="1320" w:id="-365411838"/>
              </w:rPr>
              <w:t>公告期</w:t>
            </w:r>
            <w:r w:rsidRPr="007C7211">
              <w:rPr>
                <w:rFonts w:ascii="微軟正黑體" w:hAnsi="微軟正黑體"/>
                <w:spacing w:val="2"/>
                <w:fitText w:val="1320" w:id="-365411838"/>
              </w:rPr>
              <w:t>間</w:t>
            </w:r>
          </w:p>
        </w:tc>
        <w:tc>
          <w:tcPr>
            <w:tcW w:w="8110" w:type="dxa"/>
          </w:tcPr>
          <w:p w14:paraId="0E20ECB7" w14:textId="790B4AF2" w:rsidR="00343447" w:rsidRPr="008F724F" w:rsidRDefault="00774F85">
            <w:pPr>
              <w:rPr>
                <w:rFonts w:ascii="微軟正黑體" w:hAnsi="微軟正黑體"/>
                <w:lang w:eastAsia="zh-TW"/>
              </w:rPr>
            </w:pPr>
            <w:r w:rsidRPr="008F724F">
              <w:rPr>
                <w:rFonts w:ascii="微軟正黑體" w:hAnsi="微軟正黑體"/>
                <w:lang w:eastAsia="zh-TW"/>
              </w:rPr>
              <w:t>本案簽核完成後辦理公告，公告期間為</w:t>
            </w:r>
            <w:r w:rsidR="00AF2CDB">
              <w:rPr>
                <w:rFonts w:ascii="微軟正黑體" w:hAnsi="微軟正黑體"/>
                <w:lang w:eastAsia="zh-TW"/>
              </w:rPr>
              <w:t>7</w:t>
            </w:r>
            <w:r w:rsidRPr="008F724F">
              <w:rPr>
                <w:rFonts w:ascii="微軟正黑體" w:hAnsi="微軟正黑體"/>
                <w:lang w:eastAsia="zh-TW"/>
              </w:rPr>
              <w:t>日。</w:t>
            </w:r>
            <w:r w:rsidRPr="008F724F">
              <w:rPr>
                <w:rFonts w:ascii="微軟正黑體" w:hAnsi="微軟正黑體"/>
                <w:lang w:eastAsia="zh-TW"/>
              </w:rPr>
              <w:br/>
              <w:t>實際起訖日期：民國115年＿＿月＿＿日起至115年＿＿月＿＿日止。</w:t>
            </w:r>
            <w:r w:rsidRPr="008F724F">
              <w:rPr>
                <w:rFonts w:ascii="微軟正黑體" w:hAnsi="微軟正黑體"/>
                <w:lang w:eastAsia="zh-TW"/>
              </w:rPr>
              <w:br/>
              <w:t>收件截止時間：</w:t>
            </w:r>
            <w:r w:rsidR="00331020">
              <w:rPr>
                <w:rFonts w:ascii="微軟正黑體" w:hAnsi="微軟正黑體" w:hint="eastAsia"/>
                <w:lang w:eastAsia="zh-TW"/>
              </w:rPr>
              <w:t>15:00</w:t>
            </w:r>
            <w:r w:rsidRPr="008F724F">
              <w:rPr>
                <w:rFonts w:ascii="微軟正黑體" w:hAnsi="微軟正黑體"/>
                <w:lang w:eastAsia="zh-TW"/>
              </w:rPr>
              <w:t>，逾期恕不受理。</w:t>
            </w:r>
          </w:p>
        </w:tc>
      </w:tr>
      <w:tr w:rsidR="00343447" w14:paraId="5915005C" w14:textId="77777777" w:rsidTr="00914D8D">
        <w:tc>
          <w:tcPr>
            <w:tcW w:w="1945" w:type="dxa"/>
            <w:vAlign w:val="center"/>
          </w:tcPr>
          <w:p w14:paraId="65BC4B76" w14:textId="77777777" w:rsidR="00343447" w:rsidRPr="008F724F" w:rsidRDefault="00774F85">
            <w:pPr>
              <w:rPr>
                <w:rFonts w:ascii="微軟正黑體" w:hAnsi="微軟正黑體"/>
              </w:rPr>
            </w:pPr>
            <w:r w:rsidRPr="007C7211">
              <w:rPr>
                <w:rFonts w:ascii="微軟正黑體" w:hAnsi="微軟正黑體"/>
                <w:spacing w:val="330"/>
                <w:fitText w:val="1320" w:id="-365411839"/>
              </w:rPr>
              <w:t>聯絡</w:t>
            </w:r>
            <w:r w:rsidRPr="007C7211">
              <w:rPr>
                <w:rFonts w:ascii="微軟正黑體" w:hAnsi="微軟正黑體"/>
                <w:fitText w:val="1320" w:id="-365411839"/>
              </w:rPr>
              <w:t>人</w:t>
            </w:r>
          </w:p>
        </w:tc>
        <w:tc>
          <w:tcPr>
            <w:tcW w:w="8110" w:type="dxa"/>
          </w:tcPr>
          <w:p w14:paraId="03A7D7F8" w14:textId="650ABD34" w:rsidR="00343447" w:rsidRPr="008F724F" w:rsidRDefault="008F724F">
            <w:pPr>
              <w:rPr>
                <w:rFonts w:ascii="微軟正黑體" w:hAnsi="微軟正黑體"/>
              </w:rPr>
            </w:pPr>
            <w:r w:rsidRPr="008F724F">
              <w:rPr>
                <w:rFonts w:ascii="微軟正黑體" w:hAnsi="微軟正黑體" w:hint="eastAsia"/>
                <w:lang w:eastAsia="zh-TW"/>
              </w:rPr>
              <w:t>鄭瑞寶</w:t>
            </w:r>
          </w:p>
        </w:tc>
      </w:tr>
      <w:tr w:rsidR="00343447" w14:paraId="051EBB8B" w14:textId="77777777" w:rsidTr="00914D8D">
        <w:tc>
          <w:tcPr>
            <w:tcW w:w="1945" w:type="dxa"/>
            <w:vAlign w:val="center"/>
          </w:tcPr>
          <w:p w14:paraId="15BBBD44" w14:textId="77777777" w:rsidR="00343447" w:rsidRPr="008F724F" w:rsidRDefault="00774F85">
            <w:pPr>
              <w:rPr>
                <w:rFonts w:ascii="微軟正黑體" w:hAnsi="微軟正黑體"/>
              </w:rPr>
            </w:pPr>
            <w:r w:rsidRPr="007C7211">
              <w:rPr>
                <w:rFonts w:ascii="微軟正黑體" w:hAnsi="微軟正黑體"/>
                <w:spacing w:val="146"/>
                <w:fitText w:val="1320" w:id="-365411840"/>
              </w:rPr>
              <w:t>聯絡電</w:t>
            </w:r>
            <w:r w:rsidRPr="007C7211">
              <w:rPr>
                <w:rFonts w:ascii="微軟正黑體" w:hAnsi="微軟正黑體"/>
                <w:spacing w:val="2"/>
                <w:fitText w:val="1320" w:id="-365411840"/>
              </w:rPr>
              <w:t>話</w:t>
            </w:r>
          </w:p>
        </w:tc>
        <w:tc>
          <w:tcPr>
            <w:tcW w:w="8110" w:type="dxa"/>
          </w:tcPr>
          <w:p w14:paraId="5E588622" w14:textId="4F31DB66" w:rsidR="00343447" w:rsidRPr="008F724F" w:rsidRDefault="008F724F">
            <w:pPr>
              <w:rPr>
                <w:rFonts w:ascii="微軟正黑體" w:hAnsi="微軟正黑體"/>
                <w:lang w:eastAsia="zh-TW"/>
              </w:rPr>
            </w:pPr>
            <w:r w:rsidRPr="008F724F">
              <w:rPr>
                <w:rFonts w:ascii="微軟正黑體" w:hAnsi="微軟正黑體" w:hint="eastAsia"/>
                <w:lang w:eastAsia="zh-TW"/>
              </w:rPr>
              <w:t>0</w:t>
            </w:r>
            <w:r w:rsidRPr="008F724F">
              <w:rPr>
                <w:rFonts w:ascii="微軟正黑體" w:hAnsi="微軟正黑體"/>
                <w:lang w:eastAsia="zh-TW"/>
              </w:rPr>
              <w:t xml:space="preserve">3-3982578 </w:t>
            </w:r>
            <w:r w:rsidRPr="008F724F">
              <w:rPr>
                <w:rFonts w:ascii="微軟正黑體" w:hAnsi="微軟正黑體" w:hint="eastAsia"/>
                <w:lang w:eastAsia="zh-TW"/>
              </w:rPr>
              <w:t xml:space="preserve">分機 </w:t>
            </w:r>
            <w:r w:rsidRPr="008F724F">
              <w:rPr>
                <w:rFonts w:ascii="微軟正黑體" w:hAnsi="微軟正黑體"/>
                <w:lang w:eastAsia="zh-TW"/>
              </w:rPr>
              <w:t>514</w:t>
            </w:r>
          </w:p>
        </w:tc>
      </w:tr>
      <w:tr w:rsidR="00343447" w14:paraId="651DFE91" w14:textId="77777777" w:rsidTr="00914D8D">
        <w:tc>
          <w:tcPr>
            <w:tcW w:w="1945" w:type="dxa"/>
            <w:vAlign w:val="center"/>
          </w:tcPr>
          <w:p w14:paraId="070D7A46" w14:textId="77777777" w:rsidR="00343447" w:rsidRPr="008F724F" w:rsidRDefault="00774F85">
            <w:pPr>
              <w:rPr>
                <w:rFonts w:ascii="微軟正黑體" w:hAnsi="微軟正黑體"/>
              </w:rPr>
            </w:pPr>
            <w:r w:rsidRPr="008F724F">
              <w:rPr>
                <w:rFonts w:ascii="微軟正黑體" w:hAnsi="微軟正黑體"/>
              </w:rPr>
              <w:t>電子郵件信箱</w:t>
            </w:r>
          </w:p>
        </w:tc>
        <w:tc>
          <w:tcPr>
            <w:tcW w:w="8110" w:type="dxa"/>
          </w:tcPr>
          <w:p w14:paraId="2B187A71" w14:textId="1E9B4BB7" w:rsidR="00343447" w:rsidRPr="008F724F" w:rsidRDefault="008F724F">
            <w:pPr>
              <w:rPr>
                <w:rFonts w:ascii="微軟正黑體" w:hAnsi="微軟正黑體"/>
                <w:lang w:eastAsia="zh-TW"/>
              </w:rPr>
            </w:pPr>
            <w:r w:rsidRPr="008F724F">
              <w:rPr>
                <w:rFonts w:ascii="微軟正黑體" w:hAnsi="微軟正黑體" w:hint="eastAsia"/>
                <w:lang w:eastAsia="zh-TW"/>
              </w:rPr>
              <w:t>B</w:t>
            </w:r>
            <w:r w:rsidRPr="008F724F">
              <w:rPr>
                <w:rFonts w:ascii="微軟正黑體" w:hAnsi="微軟正黑體"/>
                <w:lang w:eastAsia="zh-TW"/>
              </w:rPr>
              <w:t>ID@TIAS.COM.TW</w:t>
            </w:r>
          </w:p>
        </w:tc>
      </w:tr>
      <w:tr w:rsidR="00343447" w14:paraId="50037568" w14:textId="77777777" w:rsidTr="00914D8D">
        <w:tc>
          <w:tcPr>
            <w:tcW w:w="1945" w:type="dxa"/>
            <w:vAlign w:val="center"/>
          </w:tcPr>
          <w:p w14:paraId="4ABBDF63" w14:textId="77777777" w:rsidR="00343447" w:rsidRPr="008F724F" w:rsidRDefault="00774F85">
            <w:pPr>
              <w:rPr>
                <w:rFonts w:ascii="微軟正黑體" w:hAnsi="微軟正黑體"/>
              </w:rPr>
            </w:pPr>
            <w:r w:rsidRPr="007C7211">
              <w:rPr>
                <w:rFonts w:ascii="微軟正黑體" w:hAnsi="微軟正黑體"/>
                <w:spacing w:val="146"/>
                <w:fitText w:val="1320" w:id="-365411582"/>
              </w:rPr>
              <w:t>廠商資</w:t>
            </w:r>
            <w:r w:rsidRPr="007C7211">
              <w:rPr>
                <w:rFonts w:ascii="微軟正黑體" w:hAnsi="微軟正黑體"/>
                <w:spacing w:val="2"/>
                <w:fitText w:val="1320" w:id="-365411582"/>
              </w:rPr>
              <w:t>格</w:t>
            </w:r>
          </w:p>
        </w:tc>
        <w:tc>
          <w:tcPr>
            <w:tcW w:w="8110" w:type="dxa"/>
          </w:tcPr>
          <w:p w14:paraId="52753A87" w14:textId="3DEB45AD" w:rsidR="008F724F" w:rsidRPr="008F724F" w:rsidRDefault="008F724F" w:rsidP="008F724F">
            <w:pPr>
              <w:rPr>
                <w:rFonts w:ascii="微軟正黑體" w:hAnsi="微軟正黑體"/>
                <w:lang w:eastAsia="zh-TW"/>
              </w:rPr>
            </w:pPr>
            <w:r w:rsidRPr="008F724F">
              <w:rPr>
                <w:rFonts w:ascii="微軟正黑體" w:hAnsi="微軟正黑體" w:hint="eastAsia"/>
                <w:lang w:eastAsia="zh-TW"/>
              </w:rPr>
              <w:t>1.</w:t>
            </w:r>
            <w:r>
              <w:rPr>
                <w:rFonts w:hint="eastAsia"/>
                <w:lang w:eastAsia="zh-TW"/>
              </w:rPr>
              <w:t xml:space="preserve"> </w:t>
            </w:r>
            <w:r w:rsidRPr="008F724F">
              <w:rPr>
                <w:rFonts w:ascii="微軟正黑體" w:hAnsi="微軟正黑體" w:hint="eastAsia"/>
                <w:lang w:eastAsia="zh-TW"/>
              </w:rPr>
              <w:t>公司或商業登記證明文件</w:t>
            </w:r>
            <w:r w:rsidR="005D028B">
              <w:rPr>
                <w:rFonts w:ascii="微軟正黑體" w:hAnsi="微軟正黑體" w:hint="eastAsia"/>
                <w:lang w:eastAsia="zh-TW"/>
              </w:rPr>
              <w:t>。</w:t>
            </w:r>
          </w:p>
          <w:p w14:paraId="2475A339" w14:textId="522FF7E2" w:rsidR="00343447" w:rsidRPr="008F724F" w:rsidRDefault="008F724F" w:rsidP="008F724F">
            <w:pPr>
              <w:rPr>
                <w:rFonts w:ascii="微軟正黑體" w:hAnsi="微軟正黑體"/>
                <w:lang w:eastAsia="zh-TW"/>
              </w:rPr>
            </w:pPr>
            <w:r w:rsidRPr="008F724F">
              <w:rPr>
                <w:rFonts w:ascii="微軟正黑體" w:hAnsi="微軟正黑體" w:hint="eastAsia"/>
                <w:lang w:eastAsia="zh-TW"/>
              </w:rPr>
              <w:t>2.</w:t>
            </w:r>
            <w:r>
              <w:rPr>
                <w:rFonts w:hint="eastAsia"/>
                <w:lang w:eastAsia="zh-TW"/>
              </w:rPr>
              <w:t xml:space="preserve"> </w:t>
            </w:r>
            <w:r w:rsidRPr="008F724F">
              <w:rPr>
                <w:rFonts w:ascii="微軟正黑體" w:hAnsi="微軟正黑體" w:hint="eastAsia"/>
                <w:lang w:eastAsia="zh-TW"/>
              </w:rPr>
              <w:t>具本案軟體授權供應能力，所提供之授權須為原廠合法授權。</w:t>
            </w:r>
          </w:p>
        </w:tc>
      </w:tr>
      <w:tr w:rsidR="00343447" w14:paraId="6D6D2E20" w14:textId="77777777" w:rsidTr="00914D8D">
        <w:tc>
          <w:tcPr>
            <w:tcW w:w="1945" w:type="dxa"/>
            <w:vAlign w:val="center"/>
          </w:tcPr>
          <w:p w14:paraId="2FBBFD5C" w14:textId="77777777" w:rsidR="00343447" w:rsidRPr="008F724F" w:rsidRDefault="00774F85">
            <w:pPr>
              <w:rPr>
                <w:rFonts w:ascii="微軟正黑體" w:hAnsi="微軟正黑體"/>
              </w:rPr>
            </w:pPr>
            <w:r w:rsidRPr="008F724F">
              <w:rPr>
                <w:rFonts w:ascii="微軟正黑體" w:hAnsi="微軟正黑體"/>
              </w:rPr>
              <w:t>交付期限及方式</w:t>
            </w:r>
          </w:p>
        </w:tc>
        <w:tc>
          <w:tcPr>
            <w:tcW w:w="8110" w:type="dxa"/>
          </w:tcPr>
          <w:p w14:paraId="59F37F72" w14:textId="521629CD" w:rsidR="00343447" w:rsidRPr="008F724F" w:rsidRDefault="000D5956">
            <w:pPr>
              <w:rPr>
                <w:rFonts w:ascii="微軟正黑體" w:hAnsi="微軟正黑體"/>
              </w:rPr>
            </w:pPr>
            <w:r>
              <w:rPr>
                <w:rFonts w:ascii="微軟正黑體" w:hAnsi="微軟正黑體" w:hint="eastAsia"/>
                <w:lang w:eastAsia="zh-TW"/>
              </w:rPr>
              <w:t>簽約後30日內，提供電子檔及紙本授權書。</w:t>
            </w:r>
          </w:p>
        </w:tc>
      </w:tr>
      <w:tr w:rsidR="006609EC" w14:paraId="7EDC6D28" w14:textId="77777777" w:rsidTr="00914D8D">
        <w:tc>
          <w:tcPr>
            <w:tcW w:w="1945" w:type="dxa"/>
            <w:vAlign w:val="center"/>
          </w:tcPr>
          <w:p w14:paraId="77BCA200" w14:textId="49F87330" w:rsidR="006609EC" w:rsidRPr="007C7211" w:rsidRDefault="006609EC">
            <w:pPr>
              <w:rPr>
                <w:rFonts w:ascii="微軟正黑體" w:hAnsi="微軟正黑體"/>
              </w:rPr>
            </w:pPr>
            <w:r>
              <w:rPr>
                <w:rFonts w:ascii="微軟正黑體" w:hAnsi="微軟正黑體" w:hint="eastAsia"/>
                <w:lang w:eastAsia="zh-TW"/>
              </w:rPr>
              <w:t>押      標      金</w:t>
            </w:r>
          </w:p>
        </w:tc>
        <w:tc>
          <w:tcPr>
            <w:tcW w:w="8110" w:type="dxa"/>
          </w:tcPr>
          <w:p w14:paraId="1A9FC886" w14:textId="32DCA5FA" w:rsidR="006609EC" w:rsidRPr="008F724F" w:rsidRDefault="006609EC">
            <w:pPr>
              <w:rPr>
                <w:rFonts w:ascii="微軟正黑體" w:hAnsi="微軟正黑體"/>
              </w:rPr>
            </w:pPr>
            <w:r w:rsidRPr="006609EC">
              <w:rPr>
                <w:rFonts w:ascii="微軟正黑體" w:hAnsi="微軟正黑體" w:hint="eastAsia"/>
              </w:rPr>
              <w:t>投標金額10％</w:t>
            </w:r>
          </w:p>
        </w:tc>
      </w:tr>
      <w:tr w:rsidR="00343447" w14:paraId="297C88CA" w14:textId="77777777" w:rsidTr="00914D8D">
        <w:tc>
          <w:tcPr>
            <w:tcW w:w="1945" w:type="dxa"/>
            <w:vAlign w:val="center"/>
          </w:tcPr>
          <w:p w14:paraId="579E25D0" w14:textId="6720947F" w:rsidR="00343447" w:rsidRPr="008F724F" w:rsidRDefault="00774F85">
            <w:pPr>
              <w:rPr>
                <w:rFonts w:ascii="微軟正黑體" w:hAnsi="微軟正黑體"/>
              </w:rPr>
            </w:pPr>
            <w:r w:rsidRPr="007C7211">
              <w:rPr>
                <w:rFonts w:ascii="微軟正黑體" w:hAnsi="微軟正黑體"/>
                <w:spacing w:val="16"/>
                <w:fitText w:val="1320" w:id="-365411580"/>
              </w:rPr>
              <w:t>地</w:t>
            </w:r>
            <w:r w:rsidR="007C7211" w:rsidRPr="007C7211">
              <w:rPr>
                <w:rFonts w:ascii="微軟正黑體" w:hAnsi="微軟正黑體" w:hint="eastAsia"/>
                <w:spacing w:val="16"/>
                <w:fitText w:val="1320" w:id="-365411580"/>
                <w:lang w:eastAsia="zh-TW"/>
              </w:rPr>
              <w:t xml:space="preserve"> </w:t>
            </w:r>
            <w:r w:rsidR="007C7211" w:rsidRPr="007C7211">
              <w:rPr>
                <w:rFonts w:ascii="微軟正黑體" w:hAnsi="微軟正黑體"/>
                <w:spacing w:val="16"/>
                <w:fitText w:val="1320" w:id="-365411580"/>
                <w:lang w:eastAsia="zh-TW"/>
              </w:rPr>
              <w:t xml:space="preserve">           </w:t>
            </w:r>
            <w:r w:rsidRPr="007C7211">
              <w:rPr>
                <w:rFonts w:ascii="微軟正黑體" w:hAnsi="微軟正黑體"/>
                <w:spacing w:val="12"/>
                <w:fitText w:val="1320" w:id="-365411580"/>
              </w:rPr>
              <w:t>點</w:t>
            </w:r>
          </w:p>
        </w:tc>
        <w:tc>
          <w:tcPr>
            <w:tcW w:w="8110" w:type="dxa"/>
          </w:tcPr>
          <w:p w14:paraId="691D70C8" w14:textId="77777777" w:rsidR="00343447" w:rsidRPr="008F724F" w:rsidRDefault="00774F85">
            <w:pPr>
              <w:rPr>
                <w:rFonts w:ascii="微軟正黑體" w:hAnsi="微軟正黑體"/>
                <w:lang w:eastAsia="zh-TW"/>
              </w:rPr>
            </w:pPr>
            <w:r w:rsidRPr="008F724F">
              <w:rPr>
                <w:rFonts w:ascii="微軟正黑體" w:hAnsi="微軟正黑體"/>
                <w:lang w:eastAsia="zh-TW"/>
              </w:rPr>
              <w:t>桃園市大園區航勤北路15號（桃園航勤股份有限公司）</w:t>
            </w:r>
          </w:p>
        </w:tc>
      </w:tr>
      <w:tr w:rsidR="00343447" w14:paraId="0346511E" w14:textId="77777777" w:rsidTr="00914D8D">
        <w:tc>
          <w:tcPr>
            <w:tcW w:w="1945" w:type="dxa"/>
            <w:vAlign w:val="center"/>
          </w:tcPr>
          <w:p w14:paraId="299888F2" w14:textId="77777777" w:rsidR="00343447" w:rsidRPr="008F724F" w:rsidRDefault="00774F85">
            <w:pPr>
              <w:rPr>
                <w:rFonts w:ascii="微軟正黑體" w:hAnsi="微軟正黑體"/>
              </w:rPr>
            </w:pPr>
            <w:r w:rsidRPr="008F724F">
              <w:rPr>
                <w:rFonts w:ascii="微軟正黑體" w:hAnsi="微軟正黑體"/>
              </w:rPr>
              <w:t>不當利益之禁止</w:t>
            </w:r>
          </w:p>
        </w:tc>
        <w:tc>
          <w:tcPr>
            <w:tcW w:w="8110" w:type="dxa"/>
          </w:tcPr>
          <w:p w14:paraId="25C9BC2D" w14:textId="77777777" w:rsidR="008F724F" w:rsidRDefault="00774F85" w:rsidP="008F724F">
            <w:pPr>
              <w:ind w:left="176" w:hangingChars="80" w:hanging="176"/>
              <w:rPr>
                <w:rFonts w:ascii="微軟正黑體" w:hAnsi="微軟正黑體"/>
                <w:lang w:eastAsia="zh-TW"/>
              </w:rPr>
            </w:pPr>
            <w:r w:rsidRPr="008F724F">
              <w:rPr>
                <w:rFonts w:ascii="微軟正黑體" w:hAnsi="微軟正黑體"/>
                <w:lang w:eastAsia="zh-TW"/>
              </w:rPr>
              <w:t>1.投（得）標廠商不得基於任何理由，以直接或間接方式，主動或應要求給付佣金、回扣、餽贈、招待或其他不當利益予本公司任何人員，分包廠商亦同。</w:t>
            </w:r>
          </w:p>
          <w:p w14:paraId="5BCA8467" w14:textId="6AE672A9" w:rsidR="00343447" w:rsidRPr="008F724F" w:rsidRDefault="00774F85" w:rsidP="008F724F">
            <w:pPr>
              <w:ind w:left="176" w:hangingChars="80" w:hanging="176"/>
              <w:rPr>
                <w:rFonts w:ascii="微軟正黑體" w:hAnsi="微軟正黑體"/>
                <w:lang w:eastAsia="zh-TW"/>
              </w:rPr>
            </w:pPr>
            <w:r w:rsidRPr="008F724F">
              <w:rPr>
                <w:rFonts w:ascii="微軟正黑體" w:hAnsi="微軟正黑體"/>
                <w:lang w:eastAsia="zh-TW"/>
              </w:rPr>
              <w:t>2.投（得）標廠商違反前款規定時，本公司得向投（得）標廠商請求本專案金額百分之五之損害賠償；前述賠償金額及溢價及不當利益，本公司得自應給付之契約價款中扣除；本公司並得終止或解除契約。</w:t>
            </w:r>
          </w:p>
        </w:tc>
      </w:tr>
      <w:tr w:rsidR="00343447" w14:paraId="45CD1AA0" w14:textId="77777777" w:rsidTr="00914D8D">
        <w:tc>
          <w:tcPr>
            <w:tcW w:w="1945" w:type="dxa"/>
            <w:vAlign w:val="center"/>
          </w:tcPr>
          <w:p w14:paraId="3BA29C61" w14:textId="77777777" w:rsidR="00343447" w:rsidRPr="008F724F" w:rsidRDefault="00774F85">
            <w:pPr>
              <w:rPr>
                <w:rFonts w:ascii="微軟正黑體" w:hAnsi="微軟正黑體"/>
              </w:rPr>
            </w:pPr>
            <w:r w:rsidRPr="007C7211">
              <w:rPr>
                <w:rFonts w:ascii="微軟正黑體" w:hAnsi="微軟正黑體"/>
                <w:spacing w:val="146"/>
                <w:fitText w:val="1320" w:id="-365411579"/>
              </w:rPr>
              <w:t>注意事</w:t>
            </w:r>
            <w:r w:rsidRPr="007C7211">
              <w:rPr>
                <w:rFonts w:ascii="微軟正黑體" w:hAnsi="微軟正黑體"/>
                <w:spacing w:val="2"/>
                <w:fitText w:val="1320" w:id="-365411579"/>
              </w:rPr>
              <w:t>項</w:t>
            </w:r>
          </w:p>
        </w:tc>
        <w:tc>
          <w:tcPr>
            <w:tcW w:w="8110" w:type="dxa"/>
          </w:tcPr>
          <w:p w14:paraId="7338BA8C" w14:textId="77777777" w:rsidR="00B365CC" w:rsidRDefault="00774F85" w:rsidP="003653CB">
            <w:pPr>
              <w:rPr>
                <w:rFonts w:ascii="微軟正黑體" w:hAnsi="微軟正黑體"/>
                <w:lang w:eastAsia="zh-TW"/>
              </w:rPr>
            </w:pPr>
            <w:r w:rsidRPr="008F724F">
              <w:rPr>
                <w:rFonts w:ascii="微軟正黑體" w:hAnsi="微軟正黑體"/>
                <w:lang w:eastAsia="zh-TW"/>
              </w:rPr>
              <w:t>請於公告期限內，檢附下列</w:t>
            </w:r>
            <w:r w:rsidR="003653CB" w:rsidRPr="003653CB">
              <w:rPr>
                <w:rFonts w:ascii="微軟正黑體" w:hAnsi="微軟正黑體" w:hint="eastAsia"/>
                <w:lang w:eastAsia="zh-TW"/>
              </w:rPr>
              <w:t>四項</w:t>
            </w:r>
            <w:r w:rsidRPr="008F724F">
              <w:rPr>
                <w:rFonts w:ascii="微軟正黑體" w:hAnsi="微軟正黑體"/>
                <w:lang w:eastAsia="zh-TW"/>
              </w:rPr>
              <w:t>文件寄送至上述電子郵件信箱，郵件主旨請註明「115年度授權軟體採購案（廠商名稱）」。</w:t>
            </w:r>
          </w:p>
          <w:p w14:paraId="14D1C308" w14:textId="625977C8" w:rsidR="003653CB" w:rsidRDefault="00774F85" w:rsidP="00B365CC">
            <w:pPr>
              <w:ind w:left="176" w:hangingChars="80" w:hanging="176"/>
              <w:rPr>
                <w:rFonts w:ascii="微軟正黑體" w:hAnsi="微軟正黑體"/>
                <w:lang w:eastAsia="zh-TW"/>
              </w:rPr>
            </w:pPr>
            <w:r w:rsidRPr="008F724F">
              <w:rPr>
                <w:rFonts w:ascii="微軟正黑體" w:hAnsi="微軟正黑體"/>
                <w:lang w:eastAsia="zh-TW"/>
              </w:rPr>
              <w:t>1.投標廠商聲明書：請下載</w:t>
            </w:r>
            <w:r w:rsidR="003653CB" w:rsidRPr="008F724F">
              <w:rPr>
                <w:rFonts w:ascii="微軟正黑體" w:hAnsi="微軟正黑體"/>
                <w:lang w:eastAsia="zh-TW"/>
              </w:rPr>
              <w:t>附件</w:t>
            </w:r>
            <w:r w:rsidR="003653CB">
              <w:rPr>
                <w:rFonts w:ascii="微軟正黑體" w:hAnsi="微軟正黑體" w:hint="eastAsia"/>
                <w:lang w:eastAsia="zh-TW"/>
              </w:rPr>
              <w:t>並</w:t>
            </w:r>
            <w:r w:rsidRPr="008F724F">
              <w:rPr>
                <w:rFonts w:ascii="微軟正黑體" w:hAnsi="微軟正黑體"/>
                <w:lang w:eastAsia="zh-TW"/>
              </w:rPr>
              <w:t>逐項勾選聲明事項，填寫廠商名稱及日期，並加蓋公司及負責人印章。</w:t>
            </w:r>
          </w:p>
          <w:p w14:paraId="6E11B836" w14:textId="77777777" w:rsidR="003653CB" w:rsidRDefault="00774F85" w:rsidP="00B365CC">
            <w:pPr>
              <w:ind w:left="176" w:hangingChars="80" w:hanging="176"/>
              <w:rPr>
                <w:rFonts w:ascii="微軟正黑體" w:hAnsi="微軟正黑體"/>
                <w:lang w:eastAsia="zh-TW"/>
              </w:rPr>
            </w:pPr>
            <w:r w:rsidRPr="008F724F">
              <w:rPr>
                <w:rFonts w:ascii="微軟正黑體" w:hAnsi="微軟正黑體"/>
                <w:lang w:eastAsia="zh-TW"/>
              </w:rPr>
              <w:t>2.一般物品採購比價規則：請詳閱同一附件內之比價規則，於該頁簽署並加蓋公司及負責人印章。</w:t>
            </w:r>
          </w:p>
          <w:p w14:paraId="6855FCB8" w14:textId="12DCCA31" w:rsidR="00343447" w:rsidRPr="008F724F" w:rsidRDefault="00774F85" w:rsidP="00B365CC">
            <w:pPr>
              <w:ind w:left="176" w:hangingChars="80" w:hanging="176"/>
              <w:rPr>
                <w:rFonts w:ascii="微軟正黑體" w:hAnsi="微軟正黑體"/>
                <w:lang w:eastAsia="zh-TW"/>
              </w:rPr>
            </w:pPr>
            <w:r w:rsidRPr="008F724F">
              <w:rPr>
                <w:rFonts w:ascii="微軟正黑體" w:hAnsi="微軟正黑體"/>
                <w:lang w:eastAsia="zh-TW"/>
              </w:rPr>
              <w:t>3.軟體授權採購報價單：請依附件所列品項、規格、授權期間及數量逐項填列未稅單價、未稅總價、營業稅及含稅總價，並加蓋公司及負責人印章。</w:t>
            </w:r>
            <w:r w:rsidRPr="008F724F">
              <w:rPr>
                <w:rFonts w:ascii="微軟正黑體" w:hAnsi="微軟正黑體"/>
                <w:lang w:eastAsia="zh-TW"/>
              </w:rPr>
              <w:br/>
            </w:r>
            <w:r w:rsidRPr="008F724F">
              <w:rPr>
                <w:rFonts w:ascii="微軟正黑體" w:hAnsi="微軟正黑體"/>
                <w:lang w:eastAsia="zh-TW"/>
              </w:rPr>
              <w:lastRenderedPageBreak/>
              <w:t>上述聲明書及比價規則請完成填寫、簽署及用印後，掃描為PDF檔，連同報價單一併提交。</w:t>
            </w:r>
          </w:p>
        </w:tc>
      </w:tr>
      <w:tr w:rsidR="00343447" w14:paraId="57BDBADF" w14:textId="77777777" w:rsidTr="00914D8D">
        <w:tc>
          <w:tcPr>
            <w:tcW w:w="1945" w:type="dxa"/>
            <w:vAlign w:val="center"/>
          </w:tcPr>
          <w:p w14:paraId="688348A9" w14:textId="2A3918FD" w:rsidR="00343447" w:rsidRPr="008F724F" w:rsidRDefault="00774F85" w:rsidP="007C7211">
            <w:pPr>
              <w:jc w:val="center"/>
              <w:rPr>
                <w:rFonts w:ascii="微軟正黑體" w:hAnsi="微軟正黑體"/>
              </w:rPr>
            </w:pPr>
            <w:r w:rsidRPr="007C7211">
              <w:rPr>
                <w:rFonts w:ascii="微軟正黑體" w:hAnsi="微軟正黑體"/>
                <w:spacing w:val="48"/>
                <w:fitText w:val="1320" w:id="-365411328"/>
              </w:rPr>
              <w:lastRenderedPageBreak/>
              <w:t>備</w:t>
            </w:r>
            <w:r w:rsidR="007C7211" w:rsidRPr="007C7211">
              <w:rPr>
                <w:rFonts w:ascii="微軟正黑體" w:hAnsi="微軟正黑體" w:hint="eastAsia"/>
                <w:spacing w:val="48"/>
                <w:fitText w:val="1320" w:id="-365411328"/>
                <w:lang w:eastAsia="zh-TW"/>
              </w:rPr>
              <w:t xml:space="preserve"> </w:t>
            </w:r>
            <w:r w:rsidR="007C7211" w:rsidRPr="007C7211">
              <w:rPr>
                <w:rFonts w:ascii="微軟正黑體" w:hAnsi="微軟正黑體"/>
                <w:spacing w:val="48"/>
                <w:fitText w:val="1320" w:id="-365411328"/>
                <w:lang w:eastAsia="zh-TW"/>
              </w:rPr>
              <w:t xml:space="preserve">       </w:t>
            </w:r>
            <w:r w:rsidRPr="007C7211">
              <w:rPr>
                <w:rFonts w:ascii="微軟正黑體" w:hAnsi="微軟正黑體"/>
                <w:spacing w:val="9"/>
                <w:fitText w:val="1320" w:id="-365411328"/>
              </w:rPr>
              <w:t>註</w:t>
            </w:r>
          </w:p>
        </w:tc>
        <w:tc>
          <w:tcPr>
            <w:tcW w:w="8110" w:type="dxa"/>
          </w:tcPr>
          <w:p w14:paraId="6E1BE7BC" w14:textId="4BFD51DE" w:rsidR="003653CB" w:rsidRDefault="00774F85">
            <w:pPr>
              <w:rPr>
                <w:rFonts w:ascii="微軟正黑體" w:hAnsi="微軟正黑體"/>
                <w:lang w:eastAsia="zh-TW"/>
              </w:rPr>
            </w:pPr>
            <w:r w:rsidRPr="008F724F">
              <w:rPr>
                <w:rFonts w:ascii="微軟正黑體" w:hAnsi="微軟正黑體"/>
                <w:lang w:eastAsia="zh-TW"/>
              </w:rPr>
              <w:t>1.</w:t>
            </w:r>
            <w:r w:rsidR="003653CB" w:rsidRPr="003653CB">
              <w:rPr>
                <w:rFonts w:ascii="微軟正黑體" w:hAnsi="微軟正黑體" w:hint="eastAsia"/>
                <w:lang w:eastAsia="zh-TW"/>
              </w:rPr>
              <w:t>本案報價不含軟體安裝、部署、系統升級及教育訓練服務費用。</w:t>
            </w:r>
          </w:p>
          <w:p w14:paraId="75328807" w14:textId="77777777" w:rsidR="00B365CC" w:rsidRDefault="003653CB">
            <w:pPr>
              <w:rPr>
                <w:rFonts w:ascii="微軟正黑體" w:hAnsi="微軟正黑體"/>
                <w:lang w:eastAsia="zh-TW"/>
              </w:rPr>
            </w:pPr>
            <w:r>
              <w:rPr>
                <w:rFonts w:ascii="微軟正黑體" w:hAnsi="微軟正黑體" w:hint="eastAsia"/>
                <w:lang w:eastAsia="zh-TW"/>
              </w:rPr>
              <w:t>2</w:t>
            </w:r>
            <w:r>
              <w:rPr>
                <w:rFonts w:ascii="微軟正黑體" w:hAnsi="微軟正黑體"/>
                <w:lang w:eastAsia="zh-TW"/>
              </w:rPr>
              <w:t>.</w:t>
            </w:r>
            <w:r w:rsidR="00774F85" w:rsidRPr="008F724F">
              <w:rPr>
                <w:rFonts w:ascii="微軟正黑體" w:hAnsi="微軟正黑體"/>
                <w:lang w:eastAsia="zh-TW"/>
              </w:rPr>
              <w:t>本公司保留依實際需求調整採購項目、數量及議價之權利。</w:t>
            </w:r>
          </w:p>
          <w:p w14:paraId="01DAFB8B" w14:textId="77777777" w:rsidR="00B365CC" w:rsidRDefault="003653CB">
            <w:pPr>
              <w:rPr>
                <w:rFonts w:ascii="微軟正黑體" w:hAnsi="微軟正黑體"/>
                <w:lang w:eastAsia="zh-TW"/>
              </w:rPr>
            </w:pPr>
            <w:r>
              <w:rPr>
                <w:rFonts w:ascii="微軟正黑體" w:hAnsi="微軟正黑體"/>
                <w:lang w:eastAsia="zh-TW"/>
              </w:rPr>
              <w:t>3</w:t>
            </w:r>
            <w:r w:rsidR="00774F85" w:rsidRPr="008F724F">
              <w:rPr>
                <w:rFonts w:ascii="微軟正黑體" w:hAnsi="微軟正黑體"/>
                <w:lang w:eastAsia="zh-TW"/>
              </w:rPr>
              <w:t>.本公告僅作為廠商報價徵詢使用，後續採購作業依本公司相關程序辦理。</w:t>
            </w:r>
          </w:p>
          <w:p w14:paraId="0F8761C0" w14:textId="48F0BF10" w:rsidR="00343447" w:rsidRPr="008F724F" w:rsidRDefault="003653CB">
            <w:pPr>
              <w:rPr>
                <w:rFonts w:ascii="微軟正黑體" w:hAnsi="微軟正黑體"/>
                <w:lang w:eastAsia="zh-TW"/>
              </w:rPr>
            </w:pPr>
            <w:r>
              <w:rPr>
                <w:rFonts w:ascii="微軟正黑體" w:hAnsi="微軟正黑體"/>
                <w:lang w:eastAsia="zh-TW"/>
              </w:rPr>
              <w:t>4</w:t>
            </w:r>
            <w:r w:rsidR="00774F85" w:rsidRPr="008F724F">
              <w:rPr>
                <w:rFonts w:ascii="微軟正黑體" w:hAnsi="微軟正黑體"/>
                <w:lang w:eastAsia="zh-TW"/>
              </w:rPr>
              <w:t>.投標文件不予退還。</w:t>
            </w:r>
          </w:p>
        </w:tc>
      </w:tr>
    </w:tbl>
    <w:p w14:paraId="05BB92EE" w14:textId="77777777" w:rsidR="00774F85" w:rsidRDefault="00774F85">
      <w:pPr>
        <w:rPr>
          <w:lang w:eastAsia="zh-TW"/>
        </w:rPr>
      </w:pPr>
    </w:p>
    <w:sectPr w:rsidR="00774F85" w:rsidSect="008F724F">
      <w:pgSz w:w="12240" w:h="15840"/>
      <w:pgMar w:top="1440" w:right="1041" w:bottom="70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3B5BD" w14:textId="77777777" w:rsidR="00683DE0" w:rsidRDefault="00683DE0" w:rsidP="00AF2CDB">
      <w:pPr>
        <w:spacing w:after="0" w:line="240" w:lineRule="auto"/>
      </w:pPr>
      <w:r>
        <w:separator/>
      </w:r>
    </w:p>
  </w:endnote>
  <w:endnote w:type="continuationSeparator" w:id="0">
    <w:p w14:paraId="78CFA213" w14:textId="77777777" w:rsidR="00683DE0" w:rsidRDefault="00683DE0" w:rsidP="00AF2C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E9832" w14:textId="77777777" w:rsidR="00683DE0" w:rsidRDefault="00683DE0" w:rsidP="00AF2CDB">
      <w:pPr>
        <w:spacing w:after="0" w:line="240" w:lineRule="auto"/>
      </w:pPr>
      <w:r>
        <w:separator/>
      </w:r>
    </w:p>
  </w:footnote>
  <w:footnote w:type="continuationSeparator" w:id="0">
    <w:p w14:paraId="002A73AA" w14:textId="77777777" w:rsidR="00683DE0" w:rsidRDefault="00683DE0" w:rsidP="00AF2C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5956"/>
    <w:rsid w:val="0015074B"/>
    <w:rsid w:val="0029639D"/>
    <w:rsid w:val="002E3178"/>
    <w:rsid w:val="00326F90"/>
    <w:rsid w:val="00331020"/>
    <w:rsid w:val="00343447"/>
    <w:rsid w:val="003653CB"/>
    <w:rsid w:val="00427C44"/>
    <w:rsid w:val="005D028B"/>
    <w:rsid w:val="006609EC"/>
    <w:rsid w:val="00683DE0"/>
    <w:rsid w:val="00774F85"/>
    <w:rsid w:val="007C7211"/>
    <w:rsid w:val="008F724F"/>
    <w:rsid w:val="00914D8D"/>
    <w:rsid w:val="00A24C20"/>
    <w:rsid w:val="00AA1D8D"/>
    <w:rsid w:val="00AF2CDB"/>
    <w:rsid w:val="00B365CC"/>
    <w:rsid w:val="00B47730"/>
    <w:rsid w:val="00C001FA"/>
    <w:rsid w:val="00C87C9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4945D5C"/>
  <w14:defaultImageDpi w14:val="300"/>
  <w15:docId w15:val="{9D6EFD98-9504-490A-A7A1-64ACBCDB5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/>
    </w:pPr>
    <w:rPr>
      <w:rFonts w:ascii="Arial" w:eastAsia="微軟正黑體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鄭瑞寶</cp:lastModifiedBy>
  <cp:revision>6</cp:revision>
  <cp:lastPrinted>2026-10-12T02:49:00Z</cp:lastPrinted>
  <dcterms:created xsi:type="dcterms:W3CDTF">2026-10-08T07:39:00Z</dcterms:created>
  <dcterms:modified xsi:type="dcterms:W3CDTF">2026-10-13T01:52:00Z</dcterms:modified>
  <cp:category/>
</cp:coreProperties>
</file>